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חידת היום – יומן שבועי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חידה ביום, לאסוף עובדות על מקומות בארץ ולשקף את הלמידה.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https://makom-baaretz-chidot.sites.tab.bot/yomit.html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הדף ביום ראשון ולאסוף ביום חמישי.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את העובדות התלמידים מוצאים באתר, בכרטיס "הידעתם?" של כל חידה.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לפני השיעור: כרמיאל – פסטיבל המחולות "בקיץ" · קריית שמונה – הסבר השם · חיפה – הכרמלית כ"רכבת תחתית".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יומן חידת היום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ראשון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השלושה – נקרא גם "הסחנה".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שני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חיפה – יש בה רכבת תחתית קצרה – הכרמלית.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שלישי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כרמיאל – ידועה בפסטיבל מחולות גדול שנערך בה בקיץ.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רביעי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חורפיש – כפר דרוזי בגליל העליון.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חמישי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עפולה – "בירת העמק" – העיר המרכזית בעמק יזרעאל.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השם מנציח שמונה מגיני תל חי.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העיר הגדולה בנגב, ומכונה "בירת הנגב".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מפורסמת ברובע האמנים ובסמטאות הכחולות.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ליד החוף שרידים של עיר נמל עתיקה – תל דור.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מכונה "אם המושבות" – נוסדה ב־1878.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האגם המתוק הגדול בישראל.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קצרות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אתר טבע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השבוע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ונימוק, שימוש בעובדה מהדף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חידת היום – יומן שבועי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לשבוע שלם: חידה אחת בכל יום.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יומן חידת היום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בכל יום פותרים חידה אחת וכותבים עובדה אחת על המקום.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שני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88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88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רביעי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95236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9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9523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חמישי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שמונה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העיר הגדולה בנגב, ומכונה "בירת הנגב".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שבע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מכונה "אם המושבות" – נוסדה ב־1878.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האגם המתוק הגדול בישראל.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חוף דור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השם מנציח שמונה מגיני תל חי.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פתח 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מפורסמת ברובע האמנים ובסמטאות הכחולות.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כנרת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ליד החוף שרידים של עיר נמל עתיקה – תל דור.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סוג מקום הוא גן השלושה?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אתר 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סוג מקום הוא חיפה?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סוג מקום הוא כרמיאל?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איזו חידה מהשבוע הייתה הכי קשה?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השבוע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המקום שהכי רציתם לבקר בו מבין החידות של השבוע, ולמה.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חידת היום – יומן שבועי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